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widowControl/>
        <w:spacing w:after="80"/>
      </w:pPr>
      <w:r>
        <w:rPr>
          <w:b/>
          <w:color w:val="183C50"/>
          <w:sz w:val="40"/>
        </w:rPr>
        <w:t>[YOUR FULL NAME]</w:t>
      </w:r>
    </w:p>
    <w:p>
      <w:pPr>
        <w:widowControl/>
        <w:spacing w:after="380"/>
      </w:pPr>
      <w:r>
        <w:rPr>
          <w:color w:val="52616B"/>
          <w:sz w:val="18"/>
        </w:rPr>
        <w:t>[CITY, STATE] | [PHONE] | [EMAIL]</w:t>
      </w:r>
    </w:p>
    <w:p>
      <w:pPr>
        <w:widowControl/>
      </w:pPr>
      <w:r>
        <w:t>[DATE]</w:t>
      </w:r>
    </w:p>
    <w:p>
      <w:pPr>
        <w:widowControl/>
      </w:pPr>
      <w:r>
        <w:rPr>
          <w:b/>
        </w:rPr>
        <w:t>Re: [ROLE TITLE] - [COMPANY NAME]</w:t>
      </w:r>
    </w:p>
    <w:p>
      <w:pPr>
        <w:widowControl/>
      </w:pPr>
      <w:r>
        <w:t>Dear [HIRING CONTACT OR TEAM],</w:t>
      </w:r>
    </w:p>
    <w:p>
      <w:pPr>
        <w:widowControl/>
      </w:pPr>
      <w:r>
        <w:t>[OPENING: Identify the role you are applying for. Describe your actual background and explain how it connects to one or two needs in the vacancy.]</w:t>
      </w:r>
    </w:p>
    <w:p>
      <w:pPr>
        <w:widowControl/>
      </w:pPr>
      <w:r>
        <w:t>[PRIMARY WORK EXAMPLE: Describe a relevant task you performed, the details you checked and what you did when information was unclear. State your own contribution and actual responsibility.]</w:t>
      </w:r>
    </w:p>
    <w:p>
      <w:pPr>
        <w:widowControl/>
      </w:pPr>
      <w:r>
        <w:t>[SECOND RELEVANT EXAMPLE: Explain another task that supports the vacancy. Name the process or tool only if you used it, and include results only when you can verify them.]</w:t>
      </w:r>
    </w:p>
    <w:p>
      <w:pPr>
        <w:widowControl/>
      </w:pPr>
      <w:r>
        <w:t>[CLOSING: Explain your interest in this work, thank the hiring team and express willingness to discuss your experience. Include availability only when requested or relevant.]</w:t>
      </w:r>
    </w:p>
    <w:p>
      <w:pPr>
        <w:keepNext/>
        <w:widowControl/>
        <w:spacing w:after="20"/>
      </w:pPr>
      <w:r>
        <w:t>Sincerely,</w:t>
      </w:r>
    </w:p>
    <w:p>
      <w:pPr>
        <w:widowControl/>
      </w:pPr>
      <w:r>
        <w:t>[YOUR FULL NAME]</w:t>
      </w:r>
    </w:p>
    <w:sectPr w:rsidR="00FC693F" w:rsidRPr="0006063C" w:rsidSect="00034616">
      <w:pgSz w:w="12240" w:h="15840"/>
      <w:pgMar w:top="1080" w:right="1152" w:bottom="1080" w:left="1152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200"/>
    </w:pPr>
    <w:rPr>
      <w:rFonts w:ascii="Arial" w:hAnsi="Arial"/>
      <w:color w:val="243040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Editable Cover Letter Template</dc:title>
  <dc:subject>US English cover letter; editable DOCX intended for Google Docs import</dc:subject>
  <dc:creator>Resumize</dc:creator>
  <cp:keywords>cover letter, editable template, US English</cp:keywords>
  <dc:description>Replace every bracketed prompt with accurate information. Google Docs import/export has not yet been verified.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