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[YOUR NAME]</w:t>
      </w:r>
    </w:p>
    <w:p>
      <w:r>
        <w:t>[City, State] | [Phone] | [Email] | [LinkedIn or portfolio]</w:t>
      </w:r>
    </w:p>
    <w:p>
      <w:pPr>
        <w:pStyle w:val="Heading1"/>
        <w:pBdr>
          <w:bottom w:val="single" w:sz="4" w:space="4" w:color="333333"/>
        </w:pBdr>
      </w:pPr>
      <w:r>
        <w:t>SUMMARY</w:t>
      </w:r>
    </w:p>
    <w:p>
      <w:r>
        <w:t>[Your professional background] with experience in [relevant area]. Skilled in [two or three relevant skills]. Add a brief, accurate example of your work or a result you can support.</w:t>
      </w:r>
    </w:p>
    <w:p>
      <w:pPr>
        <w:pStyle w:val="Heading1"/>
        <w:pBdr>
          <w:bottom w:val="single" w:sz="4" w:space="4" w:color="333333"/>
        </w:pBdr>
      </w:pPr>
      <w:r>
        <w:t>EXPERIENCE</w:t>
      </w:r>
    </w:p>
    <w:p>
      <w:pPr>
        <w:pStyle w:val="Heading2"/>
      </w:pPr>
      <w:r>
        <w:t>[Job title] | [Organization]</w:t>
      </w:r>
    </w:p>
    <w:p>
      <w:r>
        <w:t>[City or Remote] | [Month Year - Present]</w:t>
      </w:r>
    </w:p>
    <w:p>
      <w:pPr>
        <w:pStyle w:val="ListBullet"/>
        <w:spacing w:after="80"/>
      </w:pPr>
      <w:r>
        <w:t>[Action verb] [what you did] using [relevant tool or method].</w:t>
      </w:r>
    </w:p>
    <w:p>
      <w:pPr>
        <w:pStyle w:val="ListBullet"/>
        <w:spacing w:after="80"/>
      </w:pPr>
      <w:r>
        <w:t>[Describe the scope of your work and a result you can verify].</w:t>
      </w:r>
    </w:p>
    <w:p>
      <w:pPr>
        <w:pStyle w:val="Heading2"/>
      </w:pPr>
      <w:r>
        <w:t>[Previous job title] | [Organization]</w:t>
      </w:r>
    </w:p>
    <w:p>
      <w:r>
        <w:t>[City or Remote] | [Month Year - Month Year]</w:t>
      </w:r>
    </w:p>
    <w:p>
      <w:pPr>
        <w:pStyle w:val="ListBullet"/>
        <w:spacing w:after="80"/>
      </w:pPr>
      <w:r>
        <w:t>[Describe a relevant responsibility or achievement from this role].</w:t>
      </w:r>
    </w:p>
    <w:p>
      <w:pPr>
        <w:pStyle w:val="Heading1"/>
        <w:pBdr>
          <w:bottom w:val="single" w:sz="4" w:space="4" w:color="333333"/>
        </w:pBdr>
      </w:pPr>
      <w:r>
        <w:t>PROJECTS</w:t>
      </w:r>
    </w:p>
    <w:p>
      <w:pPr>
        <w:pStyle w:val="Heading2"/>
      </w:pPr>
      <w:r>
        <w:t>[Project name] | [Date or link]</w:t>
      </w:r>
    </w:p>
    <w:p>
      <w:pPr>
        <w:pStyle w:val="ListBullet"/>
        <w:spacing w:after="80"/>
      </w:pPr>
      <w:r>
        <w:t>[Describe your contribution, the tools you used and the outcome, if known].</w:t>
      </w:r>
    </w:p>
    <w:p>
      <w:pPr>
        <w:pStyle w:val="Heading1"/>
        <w:pBdr>
          <w:bottom w:val="single" w:sz="4" w:space="4" w:color="333333"/>
        </w:pBdr>
      </w:pPr>
      <w:r>
        <w:t>EDUCATION</w:t>
      </w:r>
    </w:p>
    <w:p>
      <w:pPr>
        <w:pStyle w:val="Heading2"/>
      </w:pPr>
      <w:r>
        <w:t>[Degree or qualification] | [Institution]</w:t>
      </w:r>
    </w:p>
    <w:p>
      <w:r>
        <w:t>[Graduation year or expected graduation] | [Relevant coursework, if useful]</w:t>
      </w:r>
    </w:p>
    <w:p>
      <w:pPr>
        <w:pStyle w:val="Heading1"/>
        <w:pBdr>
          <w:bottom w:val="single" w:sz="4" w:space="4" w:color="333333"/>
        </w:pBdr>
      </w:pPr>
      <w:r>
        <w:t>SKILLS</w:t>
      </w:r>
    </w:p>
    <w:p>
      <w:r>
        <w:t>[Relevant skill] | [Relevant skill] | [Tool or technology] | [Relevant skill]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Arial" w:hAnsi="Arial"/>
      <w:color w:val="262626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="Arial" w:hAnsi="Arial"/>
      <w:b/>
      <w:bCs/>
      <w:color w:val="333333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80" w:after="60"/>
      <w:outlineLvl w:val="1"/>
    </w:pPr>
    <w:rPr>
      <w:rFonts w:ascii="Arial" w:hAnsi="Arial"/>
      <w:b/>
      <w:bCs/>
      <w:color w:val="333333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/>
      <w:contextualSpacing/>
    </w:pPr>
    <w:rPr>
      <w:rFonts w:ascii="Arial" w:hAnsi="Arial"/>
      <w:b/>
      <w:color w:val="333333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Compact Resume Template</dc:title>
  <dc:subject>Editable resume template for Word and Google Docs</dc:subject>
  <dc:creator>Resumize</dc:creator>
  <cp:keywords/>
  <dc:description>Replace bracketed prompts with your own accurate information.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