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[YOUR NAME]</w:t>
      </w:r>
    </w:p>
    <w:p>
      <w:r>
        <w:t>[City, State] | [Phone] | [Email] | [LinkedIn or portfolio]</w:t>
      </w:r>
    </w:p>
    <w:p>
      <w:pPr>
        <w:pStyle w:val="Heading1"/>
      </w:pPr>
      <w:r>
        <w:t>SUMMARY</w:t>
      </w:r>
    </w:p>
    <w:p>
      <w:r>
        <w:t>[Service background] supporting [customer or user group] through [channels].</w:t>
      </w:r>
    </w:p>
    <w:p>
      <w:pPr>
        <w:pStyle w:val="Heading1"/>
      </w:pPr>
      <w:r>
        <w:t>EXPERIENCE</w:t>
      </w:r>
    </w:p>
    <w:p>
      <w:pPr>
        <w:pStyle w:val="Heading2"/>
      </w:pPr>
      <w:r>
        <w:t>[Job title] | [Organization]</w:t>
      </w:r>
    </w:p>
    <w:p>
      <w:r>
        <w:t>[City or Remote] | [Month Year - Present]</w:t>
      </w:r>
    </w:p>
    <w:p>
      <w:pPr>
        <w:pStyle w:val="ListBullet"/>
        <w:spacing w:after="80"/>
      </w:pPr>
      <w:r>
        <w:t>[Resolved or investigated] [issue type] using [process or tool].</w:t>
      </w:r>
    </w:p>
    <w:p>
      <w:pPr>
        <w:pStyle w:val="ListBullet"/>
        <w:spacing w:after="80"/>
      </w:pPr>
      <w:r>
        <w:t>[Documented or escalated] [recurring problem] for [team or purpose].</w:t>
      </w:r>
    </w:p>
    <w:p>
      <w:pPr>
        <w:pStyle w:val="Heading2"/>
      </w:pPr>
      <w:r>
        <w:t>[Previous job title] | [Organization]</w:t>
      </w:r>
    </w:p>
    <w:p>
      <w:r>
        <w:t>[City or Remote] | [Month Year - Month Year]</w:t>
      </w:r>
    </w:p>
    <w:p>
      <w:pPr>
        <w:pStyle w:val="ListBullet"/>
        <w:spacing w:after="80"/>
      </w:pPr>
      <w:r>
        <w:t>[Describe a relevant responsibility or achievement from this role].</w:t>
      </w:r>
    </w:p>
    <w:p>
      <w:pPr>
        <w:pStyle w:val="Heading1"/>
      </w:pPr>
      <w:r>
        <w:t>SERVICE SKILLS</w:t>
      </w:r>
    </w:p>
    <w:p>
      <w:r>
        <w:t>[Relevant service skill] | [Communication channel] | [Issue-handling skill]</w:t>
      </w:r>
    </w:p>
    <w:p>
      <w:pPr>
        <w:pStyle w:val="Heading1"/>
      </w:pPr>
      <w:r>
        <w:t>TOOLS</w:t>
      </w:r>
    </w:p>
    <w:p>
      <w:r>
        <w:t>[Relevant software or system] | [Tool you can use confidently]</w:t>
      </w:r>
    </w:p>
    <w:p>
      <w:pPr>
        <w:pStyle w:val="Heading1"/>
      </w:pPr>
      <w:r>
        <w:t>EDUCATION</w:t>
      </w:r>
    </w:p>
    <w:p>
      <w:pPr>
        <w:pStyle w:val="Heading2"/>
      </w:pPr>
      <w:r>
        <w:t>[Degree or qualification] | [Institution]</w:t>
      </w:r>
    </w:p>
    <w:p>
      <w:r>
        <w:t>[Graduation year or expected graduation] | [Relevant coursework, if useful]</w:t>
      </w:r>
    </w:p>
    <w:sectPr w:rsidR="00FC693F" w:rsidRPr="0006063C" w:rsidSect="00034616"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4" w:lineRule="auto"/>
    </w:pPr>
    <w:rPr>
      <w:rFonts w:ascii="Calibri" w:hAnsi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="Calibri" w:hAnsi="Calibri"/>
      <w:b/>
      <w:bCs/>
      <w:color w:val="3E5A56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80" w:after="60"/>
      <w:outlineLvl w:val="1"/>
    </w:pPr>
    <w:rPr>
      <w:rFonts w:ascii="Calibri" w:hAnsi="Calibri"/>
      <w:b/>
      <w:bCs/>
      <w:color w:val="3E5A56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80" w:line="240" w:lineRule="auto"/>
      <w:contextualSpacing/>
    </w:pPr>
    <w:rPr>
      <w:rFonts w:ascii="Calibri" w:hAnsi="Calibri"/>
      <w:b/>
      <w:color w:val="3E5A56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Customer Support Resume Template</dc:title>
  <dc:subject>Editable resume template for Word and Google Docs</dc:subject>
  <dc:creator>Resumize</dc:creator>
  <cp:keywords/>
  <dc:description>Replace bracketed prompts with your own accurate information.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