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[YOUR NAME]</w:t>
      </w:r>
    </w:p>
    <w:p>
      <w:pPr>
        <w:jc w:val="center"/>
      </w:pPr>
      <w:r>
        <w:t>[City, State] | [Phone] | [Email] | [LinkedIn or portfolio]</w:t>
      </w:r>
    </w:p>
    <w:p>
      <w:pPr>
        <w:pStyle w:val="Heading1"/>
        <w:pBdr>
          <w:bottom w:val="single" w:sz="4" w:space="4" w:color="283442"/>
        </w:pBdr>
      </w:pPr>
      <w:r>
        <w:t>SUMMARY</w:t>
      </w:r>
    </w:p>
    <w:p>
      <w:r>
        <w:t>[Leadership background] responsible for [function or scope], with experience in [relevant organizational work].</w:t>
      </w:r>
    </w:p>
    <w:p>
      <w:pPr>
        <w:pStyle w:val="Heading1"/>
        <w:pBdr>
          <w:bottom w:val="single" w:sz="4" w:space="4" w:color="283442"/>
        </w:pBdr>
      </w:pPr>
      <w:r>
        <w:t>LEADERSHIP EXPERIENCE</w:t>
      </w:r>
    </w:p>
    <w:p>
      <w:pPr>
        <w:pStyle w:val="Heading2"/>
      </w:pPr>
      <w:r>
        <w:t>[Job title] | [Organization]</w:t>
      </w:r>
    </w:p>
    <w:p>
      <w:r>
        <w:t>[City or Remote] | [Month Year - Present]</w:t>
      </w:r>
    </w:p>
    <w:p>
      <w:pPr>
        <w:pStyle w:val="ListBullet"/>
        <w:spacing w:after="80"/>
      </w:pPr>
      <w:r>
        <w:t>[Set direction or made decisions] for [function or initiative] within [scope].</w:t>
      </w:r>
    </w:p>
    <w:p>
      <w:pPr>
        <w:pStyle w:val="ListBullet"/>
        <w:spacing w:after="80"/>
      </w:pPr>
      <w:r>
        <w:t>[Describe a supported organizational outcome and the team contribution].</w:t>
      </w:r>
    </w:p>
    <w:p>
      <w:pPr>
        <w:pStyle w:val="Heading2"/>
      </w:pPr>
      <w:r>
        <w:t>[Previous job title] | [Organization]</w:t>
      </w:r>
    </w:p>
    <w:p>
      <w:r>
        <w:t>[City or Remote] | [Month Year - Month Year]</w:t>
      </w:r>
    </w:p>
    <w:p>
      <w:pPr>
        <w:pStyle w:val="ListBullet"/>
        <w:spacing w:after="80"/>
      </w:pPr>
      <w:r>
        <w:t>[Describe a relevant responsibility or achievement from this role].</w:t>
      </w:r>
    </w:p>
    <w:p>
      <w:pPr>
        <w:pStyle w:val="Heading1"/>
        <w:pBdr>
          <w:bottom w:val="single" w:sz="4" w:space="4" w:color="283442"/>
        </w:pBdr>
      </w:pPr>
      <w:r>
        <w:t>SELECTED ACHIEVEMENTS</w:t>
      </w:r>
    </w:p>
    <w:p>
      <w:r>
        <w:t>[Describe a specific achievement, its context and your contribution. Use verified results only].</w:t>
      </w:r>
    </w:p>
    <w:p>
      <w:pPr>
        <w:pStyle w:val="Heading1"/>
        <w:pBdr>
          <w:bottom w:val="single" w:sz="4" w:space="4" w:color="283442"/>
        </w:pBdr>
      </w:pPr>
      <w:r>
        <w:t>EDUCATION</w:t>
      </w:r>
    </w:p>
    <w:p>
      <w:pPr>
        <w:pStyle w:val="Heading2"/>
      </w:pPr>
      <w:r>
        <w:t>[Degree or qualification] | [Institution]</w:t>
      </w:r>
    </w:p>
    <w:p>
      <w:r>
        <w:t>[Graduation year or expected graduation] | [Relevant coursework, if useful]</w:t>
      </w:r>
    </w:p>
    <w:p>
      <w:pPr>
        <w:pStyle w:val="Heading1"/>
        <w:pBdr>
          <w:bottom w:val="single" w:sz="4" w:space="4" w:color="283442"/>
        </w:pBdr>
      </w:pPr>
      <w:r>
        <w:t>BOARD AND COMMUNITY ROLES</w:t>
      </w:r>
    </w:p>
    <w:p>
      <w:r>
        <w:t>[Role] | [Organization] | [Dates]</w:t>
      </w:r>
    </w:p>
    <w:p>
      <w:r>
        <w:t>[Describe your actual responsibility; remove this section if not relevant].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Georgia" w:hAnsi="Georgia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Georgia" w:hAnsi="Georgia"/>
      <w:b/>
      <w:bCs/>
      <w:color w:val="283442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="Georgia" w:hAnsi="Georgia"/>
      <w:b/>
      <w:bCs/>
      <w:color w:val="28344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Georgia" w:hAnsi="Georgia"/>
      <w:b/>
      <w:color w:val="283442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Resume Template</dc:title>
  <dc:subject>Editable resume template for Word and Google Docs</dc:subject>
  <dc:creator>Resumize</dc:creator>
  <cp:keywords/>
  <dc:description>Replace bracketed prompts with your own accurate information.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