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[YOUR NAME]</w:t>
      </w:r>
    </w:p>
    <w:p>
      <w:r>
        <w:t>[City, State] | [Phone] | [Email] | [LinkedIn or portfolio]</w:t>
      </w:r>
    </w:p>
    <w:p>
      <w:pPr>
        <w:pStyle w:val="Heading1"/>
        <w:pBdr>
          <w:bottom w:val="single" w:sz="4" w:space="4" w:color="263D55"/>
        </w:pBdr>
      </w:pPr>
      <w:r>
        <w:t>SUMMARY</w:t>
      </w:r>
    </w:p>
    <w:p>
      <w:r>
        <w:t>[Finance background] with experience in [reporting, analysis or operations area].</w:t>
      </w:r>
    </w:p>
    <w:p>
      <w:pPr>
        <w:pStyle w:val="Heading1"/>
        <w:pBdr>
          <w:bottom w:val="single" w:sz="4" w:space="4" w:color="263D55"/>
        </w:pBdr>
      </w:pPr>
      <w:r>
        <w:t>EXPERIENCE</w:t>
      </w:r>
    </w:p>
    <w:p>
      <w:pPr>
        <w:pStyle w:val="Heading2"/>
      </w:pPr>
      <w:r>
        <w:t>[Job title] | [Organization]</w:t>
      </w:r>
    </w:p>
    <w:p>
      <w:r>
        <w:t>[City or Remote] | [Month Year - Present]</w:t>
      </w:r>
    </w:p>
    <w:p>
      <w:pPr>
        <w:pStyle w:val="ListBullet"/>
        <w:spacing w:after="80"/>
      </w:pPr>
      <w:r>
        <w:t>[Prepared or reviewed] [financial output] using [approved source or tool].</w:t>
      </w:r>
    </w:p>
    <w:p>
      <w:pPr>
        <w:pStyle w:val="ListBullet"/>
        <w:spacing w:after="80"/>
      </w:pPr>
      <w:r>
        <w:t>[Coordinated] [process or review] with [stakeholders], handling [your responsibility].</w:t>
      </w:r>
    </w:p>
    <w:p>
      <w:pPr>
        <w:pStyle w:val="Heading2"/>
      </w:pPr>
      <w:r>
        <w:t>[Previous job title] | [Organization]</w:t>
      </w:r>
    </w:p>
    <w:p>
      <w:r>
        <w:t>[City or Remote] | [Month Year - Month Year]</w:t>
      </w:r>
    </w:p>
    <w:p>
      <w:pPr>
        <w:pStyle w:val="ListBullet"/>
        <w:spacing w:after="80"/>
      </w:pPr>
      <w:r>
        <w:t>[Describe a relevant responsibility or achievement from this role].</w:t>
      </w:r>
    </w:p>
    <w:p>
      <w:pPr>
        <w:pStyle w:val="Heading1"/>
        <w:pBdr>
          <w:bottom w:val="single" w:sz="4" w:space="4" w:color="263D55"/>
        </w:pBdr>
      </w:pPr>
      <w:r>
        <w:t>TECHNICAL SKILLS</w:t>
      </w:r>
    </w:p>
    <w:p>
      <w:r>
        <w:t>[Financial system] | [Spreadsheet tool] | [Analysis or reporting method]</w:t>
      </w:r>
    </w:p>
    <w:p>
      <w:pPr>
        <w:pStyle w:val="Heading1"/>
        <w:pBdr>
          <w:bottom w:val="single" w:sz="4" w:space="4" w:color="263D55"/>
        </w:pBdr>
      </w:pPr>
      <w:r>
        <w:t>EDUCATION</w:t>
      </w:r>
    </w:p>
    <w:p>
      <w:pPr>
        <w:pStyle w:val="Heading2"/>
      </w:pPr>
      <w:r>
        <w:t>[Degree or qualification] | [Institution]</w:t>
      </w:r>
    </w:p>
    <w:p>
      <w:r>
        <w:t>[Graduation year or expected graduation] | [Relevant coursework, if useful]</w:t>
      </w:r>
    </w:p>
    <w:p>
      <w:pPr>
        <w:pStyle w:val="Heading1"/>
        <w:pBdr>
          <w:bottom w:val="single" w:sz="4" w:space="4" w:color="263D55"/>
        </w:pBdr>
      </w:pPr>
      <w:r>
        <w:t>CERTIFICATIONS</w:t>
      </w:r>
    </w:p>
    <w:p>
      <w:r>
        <w:t>[Relevant credential] | [Issuing organization] | [Completion or expiry date]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Georgia" w:hAnsi="Georgia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="Georgia" w:hAnsi="Georgia"/>
      <w:b/>
      <w:bCs/>
      <w:color w:val="263D55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80" w:after="60"/>
      <w:outlineLvl w:val="1"/>
    </w:pPr>
    <w:rPr>
      <w:rFonts w:ascii="Georgia" w:hAnsi="Georgia"/>
      <w:b/>
      <w:bCs/>
      <w:color w:val="263D55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/>
      <w:contextualSpacing/>
    </w:pPr>
    <w:rPr>
      <w:rFonts w:ascii="Georgia" w:hAnsi="Georgia"/>
      <w:b/>
      <w:color w:val="263D55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Finance Resume Template</dc:title>
  <dc:subject>Editable resume template for Word and Google Docs</dc:subject>
  <dc:creator>Resumize</dc:creator>
  <cp:keywords/>
  <dc:description>Replace bracketed prompts with your own accurate information.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