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[YOUR NAME]</w:t>
      </w:r>
    </w:p>
    <w:p>
      <w:pPr>
        <w:jc w:val="center"/>
      </w:pPr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[Current education or background] seeking [type of first role], with experience in [activity or project].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</w:pPr>
      <w:r>
        <w:t>ACTIVITIES</w:t>
      </w:r>
    </w:p>
    <w:p>
      <w:r>
        <w:t>[Activity or volunteer role] | [Organization] | [Dates]</w:t>
      </w:r>
    </w:p>
    <w:p>
      <w:r>
        <w:t>[Describe your responsibility and a contribution you can explain].</w:t>
      </w:r>
    </w:p>
    <w:p>
      <w:pPr>
        <w:pStyle w:val="Heading1"/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3F4E4B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3F4E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3F4E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Job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