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[YOUR NAME]</w:t>
      </w:r>
    </w:p>
    <w:p>
      <w:pPr>
        <w:jc w:val="center"/>
      </w:pPr>
      <w:r>
        <w:t>[City, State] | [Phone] | [Email] | [LinkedIn or portfolio]</w:t>
      </w:r>
    </w:p>
    <w:p>
      <w:pPr>
        <w:pStyle w:val="Heading1"/>
      </w:pPr>
      <w:r>
        <w:t>SUMMARY</w:t>
      </w:r>
    </w:p>
    <w:p>
      <w:r>
        <w:t>[Independent professional background] helping [client type] with [service or problem area].</w:t>
      </w:r>
    </w:p>
    <w:p>
      <w:pPr>
        <w:pStyle w:val="Heading1"/>
      </w:pPr>
      <w:r>
        <w:t>SELECTED ENGAGEMENTS</w:t>
      </w:r>
    </w:p>
    <w:p>
      <w:pPr>
        <w:pStyle w:val="Heading2"/>
      </w:pPr>
      <w:r>
        <w:t>[Engagement or role] | [Client or sector]</w:t>
      </w:r>
    </w:p>
    <w:p>
      <w:r>
        <w:t>[City or Remote] | [Month Year - Present]</w:t>
      </w:r>
    </w:p>
    <w:p>
      <w:pPr>
        <w:pStyle w:val="ListBullet"/>
        <w:spacing w:after="80"/>
      </w:pPr>
      <w:r>
        <w:t>[Delivered] [defined output] for [client or sector] within [engagement scope].</w:t>
      </w:r>
    </w:p>
    <w:p>
      <w:pPr>
        <w:pStyle w:val="ListBullet"/>
        <w:spacing w:after="80"/>
      </w:pPr>
      <w:r>
        <w:t>[Explain your method, collaboration or verified outcome].</w:t>
      </w:r>
    </w:p>
    <w:p>
      <w:pPr>
        <w:pStyle w:val="Heading2"/>
      </w:pPr>
      <w:r>
        <w:t>[Previous engagement] | [Client or sector]</w:t>
      </w:r>
    </w:p>
    <w:p>
      <w:r>
        <w:t>[City or Remote] | [Month Year - Month Year]</w:t>
      </w:r>
    </w:p>
    <w:p>
      <w:pPr>
        <w:pStyle w:val="ListBullet"/>
        <w:spacing w:after="80"/>
      </w:pPr>
      <w:r>
        <w:t>[Describe a relevant responsibility or achievement from this role].</w:t>
      </w:r>
    </w:p>
    <w:p>
      <w:pPr>
        <w:pStyle w:val="Heading1"/>
      </w:pPr>
      <w:r>
        <w:t>PROJECTS</w:t>
      </w:r>
    </w:p>
    <w:p>
      <w:pPr>
        <w:pStyle w:val="Heading2"/>
      </w:pPr>
      <w:r>
        <w:t>[Project name] | [Date or link]</w:t>
      </w:r>
    </w:p>
    <w:p>
      <w:pPr>
        <w:pStyle w:val="ListBullet"/>
        <w:spacing w:after="80"/>
      </w:pPr>
      <w:r>
        <w:t>[Describe your contribution, the tools you used and the outcome, if known].</w:t>
      </w:r>
    </w:p>
    <w:p>
      <w:pPr>
        <w:pStyle w:val="Heading1"/>
      </w:pPr>
      <w:r>
        <w:t>SKILLS</w:t>
      </w:r>
    </w:p>
    <w:p>
      <w:r>
        <w:t>[Relevant skill] | [Relevant skill] | [Tool or technology] | [Relevant skill]</w:t>
      </w:r>
    </w:p>
    <w:p>
      <w:pPr>
        <w:pStyle w:val="Heading1"/>
      </w:pPr>
      <w:r>
        <w:t>EDUCATION</w:t>
      </w:r>
    </w:p>
    <w:p>
      <w:pPr>
        <w:pStyle w:val="Heading2"/>
      </w:pPr>
      <w:r>
        <w:t>[Degree or qualification] | [Institution]</w:t>
      </w:r>
    </w:p>
    <w:p>
      <w:r>
        <w:t>[Graduation year or expected graduation] | [Relevant coursework, if useful]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="Arial" w:hAnsi="Arial"/>
      <w:b/>
      <w:bCs/>
      <w:color w:val="3B526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60"/>
      <w:outlineLvl w:val="1"/>
    </w:pPr>
    <w:rPr>
      <w:rFonts w:ascii="Arial" w:hAnsi="Arial"/>
      <w:b/>
      <w:bCs/>
      <w:color w:val="3B526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="Arial" w:hAnsi="Arial"/>
      <w:b/>
      <w:color w:val="3B526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Resume Template</dc:title>
  <dc:subject>Editable resume template for Word and Google Docs</dc:subject>
  <dc:creator>Resumize</dc:creator>
  <cp:keywords/>
  <dc:description>Replace bracketed prompts with your own accurate information.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