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384B7B"/>
        </w:pBdr>
      </w:pPr>
      <w:r>
        <w:t>SUMMARY</w:t>
      </w:r>
    </w:p>
    <w:p>
      <w:r>
        <w:t>[Your degree or field of study] graduate with experience in [relevant projects, internship or volunteering]. Skilled in [two relevant skills]. Seeking [target role] opportunities.</w:t>
      </w:r>
    </w:p>
    <w:p>
      <w:pPr>
        <w:pStyle w:val="Heading1"/>
        <w:pBdr>
          <w:bottom w:val="single" w:sz="4" w:space="4" w:color="384B7B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384B7B"/>
        </w:pBdr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  <w:pBdr>
          <w:bottom w:val="single" w:sz="4" w:space="4" w:color="384B7B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[Action verb] [what you did] using [relevant tool or method].</w:t>
      </w:r>
    </w:p>
    <w:p>
      <w:pPr>
        <w:pStyle w:val="ListBullet"/>
        <w:spacing w:after="80"/>
      </w:pPr>
      <w:r>
        <w:t>[Describe the scope of your work and a result you can verify].</w:t>
      </w:r>
    </w:p>
    <w:p>
      <w:pPr>
        <w:pStyle w:val="Heading1"/>
        <w:pBdr>
          <w:bottom w:val="single" w:sz="4" w:space="4" w:color="384B7B"/>
        </w:pBdr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384B7B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384B7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384B7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