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3C4F70"/>
        </w:pBdr>
      </w:pPr>
      <w:r>
        <w:t>SUMMARY</w:t>
      </w:r>
    </w:p>
    <w:p>
      <w:r>
        <w:t>[Field of study] student seeking [internship type], with practical experience through [project or activity].</w:t>
      </w:r>
    </w:p>
    <w:p>
      <w:pPr>
        <w:pStyle w:val="Heading1"/>
        <w:pBdr>
          <w:bottom w:val="single" w:sz="4" w:space="4" w:color="3C4F70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  <w:pBdr>
          <w:bottom w:val="single" w:sz="4" w:space="4" w:color="3C4F70"/>
        </w:pBdr>
      </w:pPr>
      <w:r>
        <w:t>PROJECTS</w:t>
      </w:r>
    </w:p>
    <w:p>
      <w:pPr>
        <w:pStyle w:val="Heading2"/>
      </w:pPr>
      <w:r>
        <w:t>[Project name] | [Date or link]</w:t>
      </w:r>
    </w:p>
    <w:p>
      <w:pPr>
        <w:pStyle w:val="ListBullet"/>
        <w:spacing w:after="80"/>
      </w:pPr>
      <w:r>
        <w:t>[Describe your contribution, the tools you used and the outcome, if known].</w:t>
      </w:r>
    </w:p>
    <w:p>
      <w:pPr>
        <w:pStyle w:val="Heading1"/>
        <w:pBdr>
          <w:bottom w:val="single" w:sz="4" w:space="4" w:color="3C4F70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[Contributed] [specific work] in [part-time, volunteer or placement setting].</w:t>
      </w:r>
    </w:p>
    <w:p>
      <w:pPr>
        <w:pStyle w:val="ListBullet"/>
        <w:spacing w:after="80"/>
      </w:pPr>
      <w:r>
        <w:t>[Explain a relevant responsibility and the skill you used].</w:t>
      </w:r>
    </w:p>
    <w:p>
      <w:pPr>
        <w:pStyle w:val="Heading1"/>
        <w:pBdr>
          <w:bottom w:val="single" w:sz="4" w:space="4" w:color="3C4F70"/>
        </w:pBdr>
      </w:pPr>
      <w:r>
        <w:t>SKILLS</w:t>
      </w:r>
    </w:p>
    <w:p>
      <w:r>
        <w:t>[Relevant skill] | [Relevant skill] | [Tool or technology] | [Relevant skill]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Calibri" w:hAnsi="Calibri"/>
      <w:b/>
      <w:bCs/>
      <w:color w:val="3C4F7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Calibri" w:hAnsi="Calibri"/>
      <w:b/>
      <w:bCs/>
      <w:color w:val="3C4F7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alibri" w:hAnsi="Calibri"/>
      <w:b/>
      <w:color w:val="3C4F7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