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14635C"/>
        </w:pBdr>
      </w:pPr>
      <w:r>
        <w:t>SUMMARY</w:t>
      </w:r>
    </w:p>
    <w:p>
      <w:r>
        <w:t>[Your professional background] with experience in [relevant area]. Skilled in [two or three relevant skills]. Add a brief, accurate example of your work or a result you can support.</w:t>
      </w:r>
    </w:p>
    <w:p>
      <w:pPr>
        <w:pStyle w:val="Heading1"/>
        <w:pBdr>
          <w:bottom w:val="single" w:sz="4" w:space="4" w:color="14635C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14635C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14635C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14635C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14635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1463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14635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