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</w:pPr>
      <w:r>
        <w:t>SUMMARY</w:t>
      </w:r>
    </w:p>
    <w:p>
      <w:r>
        <w:t>[Nursing background] with experience in [care setting or specialty] and [relevant responsibilities].</w:t>
      </w:r>
    </w:p>
    <w:p>
      <w:pPr>
        <w:pStyle w:val="Heading1"/>
      </w:pPr>
      <w:r>
        <w:t>LICENSURE</w:t>
      </w:r>
    </w:p>
    <w:p>
      <w:r>
        <w:t>[Credential name] | [Issuing jurisdiction] | [Accurate status or expiry, if relevant]</w:t>
      </w:r>
    </w:p>
    <w:p>
      <w:pPr>
        <w:pStyle w:val="Heading1"/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[Describe a relevant care responsibility within your actual scope].</w:t>
      </w:r>
    </w:p>
    <w:p>
      <w:pPr>
        <w:pStyle w:val="ListBullet"/>
        <w:spacing w:after="80"/>
      </w:pPr>
      <w:r>
        <w:t>[Coordinated or supported] [care process] with [team], maintaining [appropriate documentation].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</w:pPr>
      <w:r>
        <w:t>CLINICAL SKILLS</w:t>
      </w:r>
    </w:p>
    <w:p>
      <w:r>
        <w:t>[Relevant skill within your scope] | [Care-setting skill] | [Documentation skill]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</w:pPr>
      <w:r>
        <w:t>CERTIFICATIONS</w:t>
      </w:r>
    </w:p>
    <w:p>
      <w:r>
        <w:t>[Relevant credential] | [Issuing organization] | [Completion or expiry date]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285955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28595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28595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