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[YOUR NAME]</w:t>
      </w:r>
    </w:p>
    <w:p>
      <w:r>
        <w:t>[City, State] | [Phone] | [Email] | [LinkedIn or portfolio]</w:t>
      </w:r>
    </w:p>
    <w:p>
      <w:pPr>
        <w:pStyle w:val="Heading1"/>
      </w:pPr>
      <w:r>
        <w:t>SUMMARY</w:t>
      </w:r>
    </w:p>
    <w:p>
      <w:r>
        <w:t>[Project background] with experience coordinating [project types] across [relevant teams].</w:t>
      </w:r>
    </w:p>
    <w:p>
      <w:pPr>
        <w:pStyle w:val="Heading1"/>
      </w:pPr>
      <w:r>
        <w:t>EXPERIENCE</w:t>
      </w:r>
    </w:p>
    <w:p>
      <w:pPr>
        <w:pStyle w:val="Heading2"/>
      </w:pPr>
      <w:r>
        <w:t>[Job title] | [Organization]</w:t>
      </w:r>
    </w:p>
    <w:p>
      <w:r>
        <w:t>[City or Remote] | [Month Year - Present]</w:t>
      </w:r>
    </w:p>
    <w:p>
      <w:pPr>
        <w:pStyle w:val="ListBullet"/>
        <w:spacing w:after="80"/>
      </w:pPr>
      <w:r>
        <w:t>[Planned or coordinated] [project scope] and tracked [dependencies or milestones].</w:t>
      </w:r>
    </w:p>
    <w:p>
      <w:pPr>
        <w:pStyle w:val="ListBullet"/>
        <w:spacing w:after="80"/>
      </w:pPr>
      <w:r>
        <w:t>[Resolved or escalated] [delivery issue] through [specific action].</w:t>
      </w:r>
    </w:p>
    <w:p>
      <w:pPr>
        <w:pStyle w:val="Heading2"/>
      </w:pPr>
      <w:r>
        <w:t>[Previous job title] | [Organization]</w:t>
      </w:r>
    </w:p>
    <w:p>
      <w:r>
        <w:t>[City or Remote] | [Month Year - Month Year]</w:t>
      </w:r>
    </w:p>
    <w:p>
      <w:pPr>
        <w:pStyle w:val="ListBullet"/>
        <w:spacing w:after="80"/>
      </w:pPr>
      <w:r>
        <w:t>[Describe a relevant responsibility or achievement from this role].</w:t>
      </w:r>
    </w:p>
    <w:p>
      <w:pPr>
        <w:pStyle w:val="Heading1"/>
      </w:pPr>
      <w:r>
        <w:t>SELECTED PROJECTS</w:t>
      </w:r>
    </w:p>
    <w:p>
      <w:r>
        <w:t>[Project] | [Dates]</w:t>
      </w:r>
    </w:p>
    <w:p>
      <w:r>
        <w:t>[State the scope, your responsibilities and an output or verified result].</w:t>
      </w:r>
    </w:p>
    <w:p>
      <w:pPr>
        <w:pStyle w:val="Heading1"/>
      </w:pPr>
      <w:r>
        <w:t>CERTIFICATIONS</w:t>
      </w:r>
    </w:p>
    <w:p>
      <w:r>
        <w:t>[Relevant credential] | [Issuing organization] | [Completion or expiry date]</w:t>
      </w:r>
    </w:p>
    <w:p>
      <w:pPr>
        <w:pStyle w:val="Heading1"/>
      </w:pPr>
      <w:r>
        <w:t>EDUCATION</w:t>
      </w:r>
    </w:p>
    <w:p>
      <w:pPr>
        <w:pStyle w:val="Heading2"/>
      </w:pPr>
      <w:r>
        <w:t>[Degree or qualification] | [Institution]</w:t>
      </w:r>
    </w:p>
    <w:p>
      <w:r>
        <w:t>[Graduation year or expected graduation] | [Relevant coursework, if useful]</w:t>
      </w:r>
    </w:p>
    <w:p>
      <w:pPr>
        <w:pStyle w:val="Heading1"/>
      </w:pPr>
      <w:r>
        <w:t>SKILLS</w:t>
      </w:r>
    </w:p>
    <w:p>
      <w:r>
        <w:t>[Relevant skill] | [Relevant skill] | [Tool or technology] | [Relevant skill]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Arial" w:hAnsi="Arial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="Arial" w:hAnsi="Arial"/>
      <w:b/>
      <w:bCs/>
      <w:color w:val="344C64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80" w:after="60"/>
      <w:outlineLvl w:val="1"/>
    </w:pPr>
    <w:rPr>
      <w:rFonts w:ascii="Arial" w:hAnsi="Arial"/>
      <w:b/>
      <w:bCs/>
      <w:color w:val="344C64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/>
      <w:contextualSpacing/>
    </w:pPr>
    <w:rPr>
      <w:rFonts w:ascii="Arial" w:hAnsi="Arial"/>
      <w:b/>
      <w:color w:val="344C64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Manager Resume Template</dc:title>
  <dc:subject>Editable resume template for Word and Google Docs</dc:subject>
  <dc:creator>Resumize</dc:creator>
  <cp:keywords/>
  <dc:description>Replace bracketed prompts with your own accurate information.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