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State] | [Phone] | [Email] | [LinkedIn or portfolio]</w:t>
      </w:r>
    </w:p>
    <w:p>
      <w:pPr>
        <w:pStyle w:val="Heading1"/>
        <w:pBdr>
          <w:bottom w:val="single" w:sz="4" w:space="4" w:color="414C5C"/>
        </w:pBdr>
      </w:pPr>
      <w:r>
        <w:t>SUMMARY</w:t>
      </w:r>
    </w:p>
    <w:p>
      <w:r>
        <w:t>[Sales background] working with [customer type or market], experienced in [sales activities].</w:t>
      </w:r>
    </w:p>
    <w:p>
      <w:pPr>
        <w:pStyle w:val="Heading1"/>
        <w:pBdr>
          <w:bottom w:val="single" w:sz="4" w:space="4" w:color="414C5C"/>
        </w:pBdr>
      </w:pPr>
      <w:r>
        <w:t>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[Managed or supported] [account or territory scope] through [specific activity].</w:t>
      </w:r>
    </w:p>
    <w:p>
      <w:pPr>
        <w:pStyle w:val="ListBullet"/>
        <w:spacing w:after="80"/>
      </w:pPr>
      <w:r>
        <w:t>[Describe a verified result, its period and your contribution].</w:t>
      </w:r>
    </w:p>
    <w:p>
      <w:pPr>
        <w:pStyle w:val="Heading2"/>
      </w:pPr>
      <w:r>
        <w:t>[Previous job title] | [Organization]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  <w:pBdr>
          <w:bottom w:val="single" w:sz="4" w:space="4" w:color="414C5C"/>
        </w:pBdr>
      </w:pPr>
      <w:r>
        <w:t>SELECTED ACHIEVEMENTS</w:t>
      </w:r>
    </w:p>
    <w:p>
      <w:r>
        <w:t>[Describe a specific achievement, its context and your contribution. Use verified results only].</w:t>
      </w:r>
    </w:p>
    <w:p>
      <w:pPr>
        <w:pStyle w:val="Heading1"/>
        <w:pBdr>
          <w:bottom w:val="single" w:sz="4" w:space="4" w:color="414C5C"/>
        </w:pBdr>
      </w:pPr>
      <w:r>
        <w:t>SKILLS</w:t>
      </w:r>
    </w:p>
    <w:p>
      <w:r>
        <w:t>[Relevant skill] | [Relevant skill] | [Tool or technology] | [Relevant skill]</w:t>
      </w:r>
    </w:p>
    <w:p>
      <w:pPr>
        <w:pStyle w:val="Heading1"/>
        <w:pBdr>
          <w:bottom w:val="single" w:sz="4" w:space="4" w:color="414C5C"/>
        </w:pBdr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Arial" w:hAnsi="Arial"/>
      <w:b/>
      <w:bCs/>
      <w:color w:val="414C5C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Arial" w:hAnsi="Arial"/>
      <w:b/>
      <w:bCs/>
      <w:color w:val="414C5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Arial" w:hAnsi="Arial"/>
      <w:b/>
      <w:color w:val="414C5C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