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263238"/>
        </w:pBdr>
      </w:pPr>
      <w:r>
        <w:t>SUMMARY</w:t>
      </w:r>
    </w:p>
    <w:p>
      <w:r>
        <w:t>[Your professional background] with experience in [relevant area]. Skilled in [two or three relevant skills]. Add a brief, accurate example of your work or a result you can support.</w:t>
      </w:r>
    </w:p>
    <w:p>
      <w:pPr>
        <w:pStyle w:val="Heading1"/>
        <w:pBdr>
          <w:bottom w:val="single" w:sz="4" w:space="4" w:color="263238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[Action verb] [what you did] using [relevant tool or method].</w:t>
      </w:r>
    </w:p>
    <w:p>
      <w:pPr>
        <w:pStyle w:val="ListBullet"/>
        <w:spacing w:after="80"/>
      </w:pPr>
      <w:r>
        <w:t>[Describe the scope of your work and a result you can verify].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263238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p>
      <w:pPr>
        <w:pStyle w:val="Heading1"/>
        <w:pBdr>
          <w:bottom w:val="single" w:sz="4" w:space="4" w:color="263238"/>
        </w:pBdr>
      </w:pPr>
      <w:r>
        <w:t>SKILLS</w:t>
      </w:r>
    </w:p>
    <w:p>
      <w:r>
        <w:t>[Relevant skill] | [Relevant skill] | [Tool or technology] | [Relevant skill]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Arial" w:hAnsi="Arial"/>
      <w:b/>
      <w:bCs/>
      <w:color w:val="263238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Arial" w:hAnsi="Arial"/>
      <w:b/>
      <w:bCs/>
      <w:color w:val="263238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Arial" w:hAnsi="Arial"/>
      <w:b/>
      <w:color w:val="26323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