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NAME]</w:t>
      </w:r>
    </w:p>
    <w:p>
      <w:r>
        <w:t>[City, State] | [Phone] | [Email] | [LinkedIn or portfolio]</w:t>
      </w:r>
    </w:p>
    <w:p>
      <w:pPr>
        <w:pStyle w:val="Heading1"/>
      </w:pPr>
      <w:r>
        <w:t>SUMMARY</w:t>
      </w:r>
    </w:p>
    <w:p>
      <w:r>
        <w:t>[Engineering background] with experience in [system or product area]. Uses [languages or tools] to [type of work].</w:t>
      </w:r>
    </w:p>
    <w:p>
      <w:pPr>
        <w:pStyle w:val="Heading1"/>
      </w:pPr>
      <w:r>
        <w:t>TECHNICAL SKILLS</w:t>
      </w:r>
    </w:p>
    <w:p>
      <w:r>
        <w:t>[Languages, tools or methods you can demonstrate] | [Relevant technical skill]</w:t>
      </w:r>
    </w:p>
    <w:p>
      <w:pPr>
        <w:pStyle w:val="Heading1"/>
      </w:pPr>
      <w:r>
        <w:t>EXPERIENCE</w:t>
      </w:r>
    </w:p>
    <w:p>
      <w:pPr>
        <w:pStyle w:val="Heading2"/>
      </w:pPr>
      <w:r>
        <w:t>[Job title] | [Organization]</w:t>
      </w:r>
    </w:p>
    <w:p>
      <w:r>
        <w:t>[City or Remote] | [Month Year - Present]</w:t>
      </w:r>
    </w:p>
    <w:p>
      <w:pPr>
        <w:pStyle w:val="ListBullet"/>
        <w:spacing w:after="80"/>
      </w:pPr>
      <w:r>
        <w:t>[Implemented or maintained] [specific feature] using [technology and approach].</w:t>
      </w:r>
    </w:p>
    <w:p>
      <w:pPr>
        <w:pStyle w:val="ListBullet"/>
        <w:spacing w:after="80"/>
      </w:pPr>
      <w:r>
        <w:t>[Describe a test, review or deployment contribution and any verified result].</w:t>
      </w:r>
    </w:p>
    <w:p>
      <w:pPr>
        <w:pStyle w:val="Heading2"/>
      </w:pPr>
      <w:r>
        <w:t>[Previous job title] | [Organization]</w:t>
      </w:r>
    </w:p>
    <w:p>
      <w:r>
        <w:t>[City or Remote] | [Month Year - Month Year]</w:t>
      </w:r>
    </w:p>
    <w:p>
      <w:pPr>
        <w:pStyle w:val="ListBullet"/>
        <w:spacing w:after="80"/>
      </w:pPr>
      <w:r>
        <w:t>[Describe a relevant responsibility or achievement from this role].</w:t>
      </w:r>
    </w:p>
    <w:p>
      <w:pPr>
        <w:pStyle w:val="Heading1"/>
      </w:pPr>
      <w:r>
        <w:t>PROJECTS</w:t>
      </w:r>
    </w:p>
    <w:p>
      <w:pPr>
        <w:pStyle w:val="Heading2"/>
      </w:pPr>
      <w:r>
        <w:t>[Project name] | [Date or link]</w:t>
      </w:r>
    </w:p>
    <w:p>
      <w:pPr>
        <w:pStyle w:val="ListBullet"/>
        <w:spacing w:after="80"/>
      </w:pPr>
      <w:r>
        <w:t>[Describe your contribution, the tools you used and the outcome, if known].</w:t>
      </w:r>
    </w:p>
    <w:p>
      <w:pPr>
        <w:pStyle w:val="Heading1"/>
      </w:pPr>
      <w:r>
        <w:t>EDUCATION</w:t>
      </w:r>
    </w:p>
    <w:p>
      <w:pPr>
        <w:pStyle w:val="Heading2"/>
      </w:pPr>
      <w:r>
        <w:t>[Degree or qualification] | [Institution]</w:t>
      </w:r>
    </w:p>
    <w:p>
      <w:r>
        <w:t>[Graduation year or expected graduation] | [Relevant coursework, if useful]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Calibri" w:hAnsi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="Calibri" w:hAnsi="Calibri"/>
      <w:b/>
      <w:bCs/>
      <w:color w:val="24475C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60"/>
      <w:outlineLvl w:val="1"/>
    </w:pPr>
    <w:rPr>
      <w:rFonts w:ascii="Calibri" w:hAnsi="Calibri"/>
      <w:b/>
      <w:bCs/>
      <w:color w:val="24475C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="Calibri" w:hAnsi="Calibri"/>
      <w:b/>
      <w:color w:val="24475C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Engineer Resume Template</dc:title>
  <dc:subject>Editable resume template for Word and Google Docs</dc:subject>
  <dc:creator>Resumize</dc:creator>
  <cp:keywords/>
  <dc:description>Replace bracketed prompts with your own accurate information.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