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[YOUR NAME]</w:t>
      </w:r>
    </w:p>
    <w:p>
      <w:pPr>
        <w:jc w:val="center"/>
      </w:pPr>
      <w:r>
        <w:t>[City, State] | [Phone] | [Email] | [LinkedIn or portfolio]</w:t>
      </w:r>
    </w:p>
    <w:p>
      <w:pPr>
        <w:pStyle w:val="Heading1"/>
        <w:pBdr>
          <w:bottom w:val="single" w:sz="4" w:space="4" w:color="535641"/>
        </w:pBdr>
      </w:pPr>
      <w:r>
        <w:t>SUMMARY</w:t>
      </w:r>
    </w:p>
    <w:p>
      <w:r>
        <w:t>[Teaching background] working with [subject or learner group], experienced in [instructional approach].</w:t>
      </w:r>
    </w:p>
    <w:p>
      <w:pPr>
        <w:pStyle w:val="Heading1"/>
        <w:pBdr>
          <w:bottom w:val="single" w:sz="4" w:space="4" w:color="535641"/>
        </w:pBdr>
      </w:pPr>
      <w:r>
        <w:t>TEACHING 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[Planned and taught] [subject or activity] for [learner group].</w:t>
      </w:r>
    </w:p>
    <w:p>
      <w:pPr>
        <w:pStyle w:val="ListBullet"/>
        <w:spacing w:after="80"/>
      </w:pPr>
      <w:r>
        <w:t>[Used] [feedback or assessment evidence] to adapt [instructional activity].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535641"/>
        </w:pBdr>
      </w:pPr>
      <w:r>
        <w:t>LICENSURE</w:t>
      </w:r>
    </w:p>
    <w:p>
      <w:r>
        <w:t>[Credential name] | [Issuing jurisdiction] | [Accurate status or expiry, if relevant]</w:t>
      </w:r>
    </w:p>
    <w:p>
      <w:pPr>
        <w:pStyle w:val="Heading1"/>
        <w:pBdr>
          <w:bottom w:val="single" w:sz="4" w:space="4" w:color="535641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  <w:pBdr>
          <w:bottom w:val="single" w:sz="4" w:space="4" w:color="535641"/>
        </w:pBdr>
      </w:pPr>
      <w:r>
        <w:t>TEACHING SKILLS</w:t>
      </w:r>
    </w:p>
    <w:p>
      <w:r>
        <w:t>[Subject or instructional skill] | [Relevant teaching method] | [Classroom tool]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eorgia" w:hAnsi="Georgia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Georgia" w:hAnsi="Georgia"/>
      <w:b/>
      <w:bCs/>
      <w:color w:val="535641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Georgia" w:hAnsi="Georgia"/>
      <w:b/>
      <w:bCs/>
      <w:color w:val="53564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Georgia" w:hAnsi="Georgia"/>
      <w:b/>
      <w:color w:val="53564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